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Öğrenme Günlüğü</w:t>
      </w:r>
    </w:p>
    <w:p>
      <w:r>
        <w:t>Ortaokulda tek bir ders görevi için çalışma sayfası</w:t>
      </w:r>
    </w:p>
    <w:p>
      <w:r>
        <w:t>Tarih: __________________  Ders ve konu: __________________________</w:t>
        <w:br/>
        <w:t>Bugün üzerinde çalışacağım görev: __________________________________</w:t>
      </w:r>
    </w:p>
    <w:p>
      <w:r>
        <w:t>Bu sayfayı bir görev boyunca kullan. Başlamadan önce ilk bölümü, çalışırken orta bölümü, bitirince son bölümü doldur. Kısa sözcükler veya çizim yeterli olabilir.</w:t>
      </w:r>
    </w:p>
    <w:p>
      <w:pPr>
        <w:pStyle w:val="Heading1"/>
      </w:pPr>
      <w:r>
        <w:t>Başlamadan önce</w:t>
      </w:r>
    </w:p>
    <w:p>
      <w:r>
        <w:t>Bu görevde neyi öğrenmek veya açıklamak istiyorum?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Hangi yolu deneyeceğim? Ne zaman ve neye bakarak kontrol edeceğim?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1"/>
      </w:pPr>
      <w:r>
        <w:t>Çalışırken</w:t>
      </w:r>
    </w:p>
    <w:p>
      <w:r>
        <w:t>Tam olarak hangi adımda zorlandım veya yolumu değiştirdim?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Ne denedim? Yardım gerekiyorsa kime, ne soracağım?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1"/>
      </w:pPr>
      <w:r>
        <w:t>Bitirdikten sonra</w:t>
      </w:r>
    </w:p>
    <w:p>
      <w:r>
        <w:t>Yapabildiğimi hangi örnekle gösterebilirim? Neyi henüz açıklayamıyorum?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Bir sonraki benzer görevde neyi koruyacağım veya değiştireceğim?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Bu sayfa not veya kişilik puanı vermez. Özel bir bilgi yazman gerekmez. Öğretmeninle paylaşacağın bölümü birlikte belirleyebilirsiniz.</w:t>
      </w:r>
    </w:p>
    <w:p>
      <w:r>
        <w:br w:type="page"/>
      </w:r>
    </w:p>
    <w:p>
      <w:pPr>
        <w:pStyle w:val="Heading1"/>
      </w:pPr>
      <w:r>
        <w:t>Doldurulmuş örnek</w:t>
      </w:r>
    </w:p>
    <w:p>
      <w:r>
        <w:t>Aşağıdaki yanıtlar kurgusal bir öğrencinin örneğidir. Öğrenciden aynı cümleleri yazması beklenmez.</w:t>
      </w:r>
    </w:p>
    <w:p>
      <w:r>
        <w:t>Ders ve görev: Matematikte iki basit kesri karşılaştırırken kararımı şekille açıklamak.</w:t>
      </w:r>
    </w:p>
    <w:p>
      <w:pPr>
        <w:pStyle w:val="Heading1"/>
      </w:pPr>
      <w:r>
        <w:t>Başlamadan önce</w:t>
      </w:r>
    </w:p>
    <w:p>
      <w:r>
        <w:t>İki kesirden hangisinin daha büyük olduğunu aynı büyüklükte iki şekil üzerinde göstermek istiyorum. Önce kendim çizeceğim. Sonra ders kitabındaki örnekle karşılaştıracağım.</w:t>
      </w:r>
    </w:p>
    <w:p>
      <w:pPr>
        <w:pStyle w:val="Heading1"/>
      </w:pPr>
      <w:r>
        <w:t>Çalışırken</w:t>
      </w:r>
    </w:p>
    <w:p>
      <w:r>
        <w:t>Şekillerim farklı büyüklükte olunca karşılaştırma karıştı. Aynı büyüklükte iki dikdörtgen çizdim. Parçaları eşit bölmekte zorlanırsam öğretmenimden çizimime bakmasını isteyeceğim.</w:t>
      </w:r>
    </w:p>
    <w:p>
      <w:pPr>
        <w:pStyle w:val="Heading1"/>
      </w:pPr>
      <w:r>
        <w:t>Bitirdikten sonra</w:t>
      </w:r>
    </w:p>
    <w:p>
      <w:r>
        <w:t>Aynı büyüklükteki şekillerde karşılaştırmayı açıklayabildim. Parçaların eşitliğini kontrol etmek için bir örnek daha çözmem gerekiyor. Bir dahaki görevde çizimden önce şekillerin aynı büyüklükte olmasına bakacağım.</w:t>
      </w:r>
    </w:p>
    <w:p>
      <w:pPr>
        <w:pStyle w:val="Heading1"/>
      </w:pPr>
      <w:r>
        <w:t>Örnekte neye bakıyoruz?</w:t>
      </w:r>
    </w:p>
    <w:p>
      <w:r>
        <w:t>Öğrenci “iyi çalıştım” demekle yetinmiyor. Takıldığı adımı, değiştirdiği yolu ve sonucunu bir örnekle anlatıyor. Konuyu bilmediği yerde açıklama ve öğretim desteği gerekiyor.</w:t>
      </w:r>
    </w:p>
    <w:p>
      <w:pPr>
        <w:pStyle w:val="Heading1"/>
      </w:pPr>
      <w:r>
        <w:t>Sizin sınıfınızdan bir görev</w:t>
      </w:r>
    </w:p>
    <w:p>
      <w:r>
        <w:t>Ders öğretmeniyle birlikte seçilecek dar görev: 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Öğretmenle kısa değerlendirme</w:t>
      </w:r>
    </w:p>
    <w:p>
      <w:r>
        <w:t>İlk kullanımda bir satırı tahtada kendi düşüncenizi anlatarak doldurun. Sonra öğrencilerden aynı dersin dar bir görevi için denemelerini isteyin. Sayfayı her gün uzun uzun doldurtmak yerine ilk denemeyi birlikte inceleyin.</w:t>
      </w:r>
    </w:p>
    <w:p>
      <w:pPr>
        <w:pStyle w:val="Heading2"/>
      </w:pPr>
      <w:r>
        <w:t>Başlarken seçtiğin yol, bu göreve nasıl uydu?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2"/>
      </w:pPr>
      <w:r>
        <w:t>Takıldığın adımı bana çalışmanın üzerinde gösterebilir misin?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2"/>
      </w:pPr>
      <w:r>
        <w:t>Yaptığın değişiklikten sonra ne fark ettin?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2"/>
      </w:pPr>
      <w:r>
        <w:t>Bir sonraki görev için hangi desteği hazırlayalım?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Bir sonraki görüşme: __________  Birlikte kararlaştırılan küçük değişiklik: __________</w:t>
      </w:r>
    </w:p>
    <w:p>
      <w:r>
        <w:t>Boş yanıtı isteksizlik veya dikkat sorunu olarak yorumlamayın. Görevi anlama, yazılı ifade, zaman ve erişim koşullarını konuşun. Gerekli ders açıklamasını branş öğretmeniyle netleştirin. Sayfaları sınıf önünde karşılaştırmayın.</w:t>
      </w:r>
    </w:p>
    <w:p>
      <w:pPr>
        <w:spacing w:after="80"/>
      </w:pPr>
      <w:r>
        <w:rPr>
          <w:sz w:val="16"/>
        </w:rPr>
        <w:t>Çanakkale İl Millî Eğitim Müdürlüğü (2026), Yerel Hedef Eğitim İçerikleri</w:t>
        <w:br/>
        <w:t>https://canakkale.meb.gov.tr/www/2026-2027-egitim-ogretim-yili-canakkale-ili-yerel-hedef-egitim-icerikleri/icerik/6945/tr</w:t>
      </w:r>
    </w:p>
    <w:p>
      <w:pPr>
        <w:spacing w:after="80"/>
      </w:pPr>
      <w:r>
        <w:rPr>
          <w:sz w:val="16"/>
        </w:rPr>
        <w:t>Education Endowment Foundation (2025), Metacognition and Self-Regulated Learning, 2. baskı</w:t>
        <w:br/>
        <w:t>https://educationendowmentfoundation.org.uk/education-evidence/guidance-reports/metacognition</w:t>
      </w:r>
    </w:p>
    <w:sectPr w:rsidR="00FC693F" w:rsidRPr="0006063C" w:rsidSect="00034616">
      <w:pgSz w:w="11906" w:h="16838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Öğrenme Günlüğü</dc:title>
  <dc:subject/>
  <dc:creator>Blog PDR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